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5154" w:rsidRPr="003A64EF" w:rsidRDefault="00000000">
      <w:pPr>
        <w:pStyle w:val="berschrift1"/>
        <w:rPr>
          <w:lang w:val="de-DE"/>
        </w:rPr>
      </w:pPr>
      <w:r w:rsidRPr="003A64EF">
        <w:rPr>
          <w:lang w:val="de-DE"/>
        </w:rPr>
        <w:t xml:space="preserve">Restaurants in </w:t>
      </w:r>
      <w:proofErr w:type="spellStart"/>
      <w:r w:rsidRPr="003A64EF">
        <w:rPr>
          <w:lang w:val="de-DE"/>
        </w:rPr>
        <w:t>Laveno</w:t>
      </w:r>
      <w:proofErr w:type="spellEnd"/>
      <w:r w:rsidRPr="003A64EF">
        <w:rPr>
          <w:lang w:val="de-DE"/>
        </w:rPr>
        <w:t xml:space="preserve"> und Umgebung, die uns gefallen</w:t>
      </w:r>
    </w:p>
    <w:p w:rsidR="007E5154" w:rsidRPr="003A64EF" w:rsidRDefault="00000000">
      <w:pPr>
        <w:rPr>
          <w:lang w:val="de-DE"/>
        </w:rPr>
      </w:pPr>
      <w:r w:rsidRPr="003A64EF">
        <w:rPr>
          <w:lang w:val="de-DE"/>
        </w:rPr>
        <w:t>Reservierungen sind sehr empfehlenswert und in der Hauptsaison unbedingt erforderlich.</w:t>
      </w:r>
      <w:r w:rsidRPr="003A64EF">
        <w:rPr>
          <w:lang w:val="de-DE"/>
        </w:rPr>
        <w:br/>
        <w:t>Ländervorwahl für Italien: +39</w:t>
      </w:r>
    </w:p>
    <w:p w:rsidR="007E5154" w:rsidRPr="003A64EF" w:rsidRDefault="00000000">
      <w:pPr>
        <w:pStyle w:val="berschrift2"/>
        <w:rPr>
          <w:lang w:val="it-IT"/>
        </w:rPr>
      </w:pPr>
      <w:r w:rsidRPr="003A64EF">
        <w:rPr>
          <w:lang w:val="it-IT"/>
        </w:rPr>
        <w:t>Ristorante Locanda Pozzetto</w:t>
      </w:r>
    </w:p>
    <w:p w:rsidR="007E5154" w:rsidRPr="003A64EF" w:rsidRDefault="00000000">
      <w:pPr>
        <w:rPr>
          <w:lang w:val="de-DE"/>
        </w:rPr>
      </w:pPr>
      <w:r w:rsidRPr="003A64EF">
        <w:rPr>
          <w:lang w:val="it-IT"/>
        </w:rPr>
        <w:t xml:space="preserve">Via Montecristo 23, Laveno Mombello, Tel.: </w:t>
      </w:r>
      <w:r w:rsidR="003A64EF">
        <w:rPr>
          <w:lang w:val="it-IT"/>
        </w:rPr>
        <w:t xml:space="preserve">+39 </w:t>
      </w:r>
      <w:r w:rsidRPr="003A64EF">
        <w:rPr>
          <w:lang w:val="it-IT"/>
        </w:rPr>
        <w:t>0376 342 01 59</w:t>
      </w:r>
      <w:r w:rsidRPr="003A64EF">
        <w:rPr>
          <w:lang w:val="it-IT"/>
        </w:rPr>
        <w:br/>
      </w:r>
      <w:proofErr w:type="spellStart"/>
      <w:r w:rsidRPr="003A64EF">
        <w:rPr>
          <w:lang w:val="it-IT"/>
        </w:rPr>
        <w:t>Montags</w:t>
      </w:r>
      <w:proofErr w:type="spellEnd"/>
      <w:r w:rsidRPr="003A64EF">
        <w:rPr>
          <w:lang w:val="it-IT"/>
        </w:rPr>
        <w:t xml:space="preserve"> </w:t>
      </w:r>
      <w:proofErr w:type="spellStart"/>
      <w:r w:rsidRPr="003A64EF">
        <w:rPr>
          <w:lang w:val="it-IT"/>
        </w:rPr>
        <w:t>geschlossen</w:t>
      </w:r>
      <w:proofErr w:type="spellEnd"/>
      <w:r w:rsidRPr="003A64EF">
        <w:rPr>
          <w:lang w:val="it-IT"/>
        </w:rPr>
        <w:t xml:space="preserve">. </w:t>
      </w:r>
      <w:r w:rsidRPr="003A64EF">
        <w:rPr>
          <w:lang w:val="de-DE"/>
        </w:rPr>
        <w:t>10 Minuten mit dem Auto.</w:t>
      </w:r>
    </w:p>
    <w:p w:rsidR="007E5154" w:rsidRDefault="00000000">
      <w:pPr>
        <w:rPr>
          <w:lang w:val="de-DE"/>
        </w:rPr>
      </w:pPr>
      <w:r w:rsidRPr="003A64EF">
        <w:rPr>
          <w:lang w:val="de-DE"/>
        </w:rPr>
        <w:t xml:space="preserve">Ein Restaurant mit einem herrlichen Blick auf den See. Es liegt in einem schönen Garten auf einem Hügel. Vom Haus aus kann man es am gegenüberliegenden Hang fast erkennen. Man erreicht das Restaurant über eine steile Einbahnstraße bergauf. Der Besitzer, Renato </w:t>
      </w:r>
      <w:proofErr w:type="spellStart"/>
      <w:r w:rsidRPr="003A64EF">
        <w:rPr>
          <w:lang w:val="de-DE"/>
        </w:rPr>
        <w:t>Pozzetto</w:t>
      </w:r>
      <w:proofErr w:type="spellEnd"/>
      <w:r w:rsidRPr="003A64EF">
        <w:rPr>
          <w:lang w:val="de-DE"/>
        </w:rPr>
        <w:t xml:space="preserve">, ist ein bekannter italienischer Komödienschauspieler (inzwischen über 80 Jahre alt) und außerdem unser Nachbar am Ende der Sackgasse. Das Restaurant verfügt über eine große, wunderschöne Terrasse, die teilweise überdacht und mit Heizstrahlern ausgestattet ist. Hochwertige internationale und klassisch italienische Küche </w:t>
      </w:r>
      <w:r w:rsidR="003A64EF">
        <w:rPr>
          <w:lang w:val="de-DE"/>
        </w:rPr>
        <w:t>etwas höherpreisig</w:t>
      </w:r>
      <w:r w:rsidRPr="003A64EF">
        <w:rPr>
          <w:lang w:val="de-DE"/>
        </w:rPr>
        <w:t>. Hauptgerichte ca. 3</w:t>
      </w:r>
      <w:r w:rsidR="003A64EF">
        <w:rPr>
          <w:lang w:val="de-DE"/>
        </w:rPr>
        <w:t>0</w:t>
      </w:r>
      <w:r w:rsidRPr="003A64EF">
        <w:rPr>
          <w:lang w:val="de-DE"/>
        </w:rPr>
        <w:t xml:space="preserve"> EUR.</w:t>
      </w:r>
    </w:p>
    <w:p w:rsidR="003A64EF" w:rsidRPr="003A64EF" w:rsidRDefault="003A64EF" w:rsidP="003A64EF">
      <w:pPr>
        <w:pStyle w:val="berschrift2"/>
        <w:rPr>
          <w:lang w:val="it-IT"/>
        </w:rPr>
      </w:pPr>
      <w:r>
        <w:rPr>
          <w:lang w:val="it-IT"/>
        </w:rPr>
        <w:t>Il Sole di Ranco</w:t>
      </w:r>
    </w:p>
    <w:p w:rsidR="003A64EF" w:rsidRPr="003A64EF" w:rsidRDefault="003A64EF" w:rsidP="003A64EF">
      <w:pPr>
        <w:rPr>
          <w:lang w:val="it-IT"/>
        </w:rPr>
      </w:pPr>
      <w:r>
        <w:rPr>
          <w:lang w:val="it-IT"/>
        </w:rPr>
        <w:t>Piazza Venezia 5</w:t>
      </w:r>
      <w:r w:rsidRPr="003A64EF">
        <w:rPr>
          <w:lang w:val="it-IT"/>
        </w:rPr>
        <w:t xml:space="preserve">, </w:t>
      </w:r>
      <w:r>
        <w:rPr>
          <w:lang w:val="it-IT"/>
        </w:rPr>
        <w:t>Ranco</w:t>
      </w:r>
      <w:r w:rsidRPr="003A64EF">
        <w:rPr>
          <w:lang w:val="it-IT"/>
        </w:rPr>
        <w:t xml:space="preserve">, Tel.: </w:t>
      </w:r>
      <w:r>
        <w:rPr>
          <w:lang w:val="it-IT"/>
        </w:rPr>
        <w:t xml:space="preserve">+39 0331 976 507. </w:t>
      </w:r>
      <w:r w:rsidRPr="003A64EF">
        <w:rPr>
          <w:lang w:val="it-IT"/>
        </w:rPr>
        <w:t>25</w:t>
      </w:r>
      <w:r w:rsidRPr="003A64EF">
        <w:rPr>
          <w:lang w:val="it-IT"/>
        </w:rPr>
        <w:t xml:space="preserve"> </w:t>
      </w:r>
      <w:proofErr w:type="spellStart"/>
      <w:r w:rsidRPr="003A64EF">
        <w:rPr>
          <w:lang w:val="it-IT"/>
        </w:rPr>
        <w:t>Minuten</w:t>
      </w:r>
      <w:proofErr w:type="spellEnd"/>
      <w:r w:rsidRPr="003A64EF">
        <w:rPr>
          <w:lang w:val="it-IT"/>
        </w:rPr>
        <w:t xml:space="preserve"> </w:t>
      </w:r>
      <w:proofErr w:type="spellStart"/>
      <w:r w:rsidRPr="003A64EF">
        <w:rPr>
          <w:lang w:val="it-IT"/>
        </w:rPr>
        <w:t>mit</w:t>
      </w:r>
      <w:proofErr w:type="spellEnd"/>
      <w:r w:rsidRPr="003A64EF">
        <w:rPr>
          <w:lang w:val="it-IT"/>
        </w:rPr>
        <w:t xml:space="preserve"> dem Auto.</w:t>
      </w:r>
    </w:p>
    <w:p w:rsidR="003A64EF" w:rsidRPr="003A64EF" w:rsidRDefault="00C46C57" w:rsidP="003A64EF">
      <w:pPr>
        <w:rPr>
          <w:lang w:val="de-DE"/>
        </w:rPr>
      </w:pPr>
      <w:r>
        <w:rPr>
          <w:lang w:val="de-DE"/>
        </w:rPr>
        <w:t xml:space="preserve">Sehr schönes </w:t>
      </w:r>
      <w:r w:rsidR="003A64EF">
        <w:rPr>
          <w:lang w:val="de-DE"/>
        </w:rPr>
        <w:t>Restaurant mit überdachte</w:t>
      </w:r>
      <w:r>
        <w:rPr>
          <w:lang w:val="de-DE"/>
        </w:rPr>
        <w:t>n</w:t>
      </w:r>
      <w:r w:rsidR="003A64EF">
        <w:rPr>
          <w:lang w:val="de-DE"/>
        </w:rPr>
        <w:t xml:space="preserve">, offenen Außenbereich und sehr schönen Blick auf den See mit Guide Michelin Empfehlung. Ausgefallene, kreative Gerichte. </w:t>
      </w:r>
      <w:r w:rsidR="003A64EF" w:rsidRPr="003A64EF">
        <w:rPr>
          <w:lang w:val="de-DE"/>
        </w:rPr>
        <w:t xml:space="preserve">Hochwertige internationale und klassisch italienische Küche </w:t>
      </w:r>
      <w:r w:rsidR="003A64EF">
        <w:rPr>
          <w:lang w:val="de-DE"/>
        </w:rPr>
        <w:t>etwas höherpreisig</w:t>
      </w:r>
      <w:r w:rsidR="003A64EF" w:rsidRPr="003A64EF">
        <w:rPr>
          <w:lang w:val="de-DE"/>
        </w:rPr>
        <w:t>. Hauptgerichte ca. 3</w:t>
      </w:r>
      <w:r w:rsidR="003A64EF">
        <w:rPr>
          <w:lang w:val="de-DE"/>
        </w:rPr>
        <w:t>5</w:t>
      </w:r>
      <w:r w:rsidR="003A64EF" w:rsidRPr="003A64EF">
        <w:rPr>
          <w:lang w:val="de-DE"/>
        </w:rPr>
        <w:t xml:space="preserve"> EUR.</w:t>
      </w:r>
    </w:p>
    <w:p w:rsidR="007E5154" w:rsidRPr="003A64EF" w:rsidRDefault="00000000">
      <w:pPr>
        <w:pStyle w:val="berschrift2"/>
        <w:rPr>
          <w:lang w:val="de-DE"/>
        </w:rPr>
      </w:pPr>
      <w:r w:rsidRPr="003A64EF">
        <w:rPr>
          <w:lang w:val="de-DE"/>
        </w:rPr>
        <w:t xml:space="preserve">Ristorante La </w:t>
      </w:r>
      <w:proofErr w:type="spellStart"/>
      <w:r w:rsidRPr="003A64EF">
        <w:rPr>
          <w:lang w:val="de-DE"/>
        </w:rPr>
        <w:t>Lanchetta</w:t>
      </w:r>
      <w:proofErr w:type="spellEnd"/>
    </w:p>
    <w:p w:rsidR="007E5154" w:rsidRPr="003A64EF" w:rsidRDefault="00000000">
      <w:pPr>
        <w:rPr>
          <w:lang w:val="de-DE"/>
        </w:rPr>
      </w:pPr>
      <w:r w:rsidRPr="003A64EF">
        <w:rPr>
          <w:lang w:val="de-DE"/>
        </w:rPr>
        <w:t xml:space="preserve">Piazza Al Lago 1, </w:t>
      </w:r>
      <w:proofErr w:type="spellStart"/>
      <w:r w:rsidRPr="003A64EF">
        <w:rPr>
          <w:lang w:val="de-DE"/>
        </w:rPr>
        <w:t>Caldè</w:t>
      </w:r>
      <w:proofErr w:type="spellEnd"/>
      <w:r w:rsidRPr="003A64EF">
        <w:rPr>
          <w:lang w:val="de-DE"/>
        </w:rPr>
        <w:t>, Tel.: +39 0337 105 79 03</w:t>
      </w:r>
      <w:r w:rsidRPr="003A64EF">
        <w:rPr>
          <w:lang w:val="de-DE"/>
        </w:rPr>
        <w:br/>
      </w:r>
      <w:proofErr w:type="gramStart"/>
      <w:r w:rsidRPr="003A64EF">
        <w:rPr>
          <w:lang w:val="de-DE"/>
        </w:rPr>
        <w:t>Donnerstags</w:t>
      </w:r>
      <w:proofErr w:type="gramEnd"/>
      <w:r w:rsidRPr="003A64EF">
        <w:rPr>
          <w:lang w:val="de-DE"/>
        </w:rPr>
        <w:t xml:space="preserve"> geschlossen. 15 Minuten mit dem Auto.</w:t>
      </w:r>
    </w:p>
    <w:p w:rsidR="007E5154" w:rsidRPr="003A64EF" w:rsidRDefault="00000000">
      <w:pPr>
        <w:rPr>
          <w:lang w:val="de-DE"/>
        </w:rPr>
      </w:pPr>
      <w:r w:rsidRPr="003A64EF">
        <w:rPr>
          <w:lang w:val="de-DE"/>
        </w:rPr>
        <w:t>Eine sehr schöne italienische Piazza direkt am See mit mehreren Restaurants und einem Bootsanleger. Ausgezeichnete Pizza, guter Fisch und Fleischgerichte. Hauptgerichte ca. 20 EUR. Im Sommer immer sehr gut besucht.</w:t>
      </w:r>
    </w:p>
    <w:p w:rsidR="007E5154" w:rsidRPr="003A64EF" w:rsidRDefault="00000000">
      <w:pPr>
        <w:pStyle w:val="berschrift2"/>
        <w:rPr>
          <w:lang w:val="de-DE"/>
        </w:rPr>
      </w:pPr>
      <w:proofErr w:type="spellStart"/>
      <w:r w:rsidRPr="003A64EF">
        <w:rPr>
          <w:lang w:val="de-DE"/>
        </w:rPr>
        <w:t>Cafe</w:t>
      </w:r>
      <w:proofErr w:type="spellEnd"/>
      <w:r w:rsidRPr="003A64EF">
        <w:rPr>
          <w:lang w:val="de-DE"/>
        </w:rPr>
        <w:t xml:space="preserve"> Vela</w:t>
      </w:r>
    </w:p>
    <w:p w:rsidR="007E5154" w:rsidRPr="003A64EF" w:rsidRDefault="00000000">
      <w:pPr>
        <w:rPr>
          <w:lang w:val="de-DE"/>
        </w:rPr>
      </w:pPr>
      <w:proofErr w:type="spellStart"/>
      <w:r w:rsidRPr="003A64EF">
        <w:rPr>
          <w:lang w:val="de-DE"/>
        </w:rPr>
        <w:t>Viale</w:t>
      </w:r>
      <w:proofErr w:type="spellEnd"/>
      <w:r w:rsidRPr="003A64EF">
        <w:rPr>
          <w:lang w:val="de-DE"/>
        </w:rPr>
        <w:t xml:space="preserve"> de Angeli (an der Hafenpromenade) in </w:t>
      </w:r>
      <w:proofErr w:type="spellStart"/>
      <w:r w:rsidRPr="003A64EF">
        <w:rPr>
          <w:lang w:val="de-DE"/>
        </w:rPr>
        <w:t>Laveno</w:t>
      </w:r>
      <w:proofErr w:type="spellEnd"/>
      <w:r w:rsidRPr="003A64EF">
        <w:rPr>
          <w:lang w:val="de-DE"/>
        </w:rPr>
        <w:t>, Tel.: +39 0332 667311</w:t>
      </w:r>
      <w:r w:rsidRPr="003A64EF">
        <w:rPr>
          <w:lang w:val="de-DE"/>
        </w:rPr>
        <w:br/>
        <w:t>Täglich geöffnet.</w:t>
      </w:r>
    </w:p>
    <w:p w:rsidR="007E5154" w:rsidRDefault="00000000">
      <w:pPr>
        <w:rPr>
          <w:lang w:val="de-DE"/>
        </w:rPr>
      </w:pPr>
      <w:r w:rsidRPr="003A64EF">
        <w:rPr>
          <w:lang w:val="de-DE"/>
        </w:rPr>
        <w:t>Ein schönes Café bzw. eine Bar mit ordentlichem Essen, direkt am See gelegen. Gut für einen Drink und einen Snack. Hauptgerichte ca. 15–20 EUR.</w:t>
      </w:r>
    </w:p>
    <w:p w:rsidR="003A64EF" w:rsidRDefault="003A64EF">
      <w:pPr>
        <w:rPr>
          <w:lang w:val="de-DE"/>
        </w:rPr>
      </w:pPr>
    </w:p>
    <w:p w:rsidR="003A64EF" w:rsidRDefault="003A64EF">
      <w:pPr>
        <w:rPr>
          <w:lang w:val="de-DE"/>
        </w:rPr>
      </w:pPr>
    </w:p>
    <w:p w:rsidR="003A64EF" w:rsidRPr="003A64EF" w:rsidRDefault="003A64EF">
      <w:pPr>
        <w:rPr>
          <w:lang w:val="de-DE"/>
        </w:rPr>
      </w:pPr>
    </w:p>
    <w:p w:rsidR="007E5154" w:rsidRPr="003A64EF" w:rsidRDefault="00000000">
      <w:pPr>
        <w:pStyle w:val="berschrift2"/>
        <w:rPr>
          <w:lang w:val="it-IT"/>
        </w:rPr>
      </w:pPr>
      <w:proofErr w:type="spellStart"/>
      <w:r w:rsidRPr="003A64EF">
        <w:rPr>
          <w:lang w:val="it-IT"/>
        </w:rPr>
        <w:lastRenderedPageBreak/>
        <w:t>Restaurant</w:t>
      </w:r>
      <w:proofErr w:type="spellEnd"/>
      <w:r w:rsidRPr="003A64EF">
        <w:rPr>
          <w:lang w:val="it-IT"/>
        </w:rPr>
        <w:t xml:space="preserve"> Monte Sole</w:t>
      </w:r>
    </w:p>
    <w:p w:rsidR="007E5154" w:rsidRPr="003A64EF" w:rsidRDefault="00000000">
      <w:pPr>
        <w:rPr>
          <w:lang w:val="de-DE"/>
        </w:rPr>
      </w:pPr>
      <w:r w:rsidRPr="003A64EF">
        <w:rPr>
          <w:lang w:val="it-IT"/>
        </w:rPr>
        <w:t>Viale Repubblica 85, Porto Valtravaglia, Tel.: 0332 54 95 42</w:t>
      </w:r>
      <w:r w:rsidRPr="003A64EF">
        <w:rPr>
          <w:lang w:val="it-IT"/>
        </w:rPr>
        <w:br/>
      </w:r>
      <w:proofErr w:type="spellStart"/>
      <w:r w:rsidRPr="003A64EF">
        <w:rPr>
          <w:lang w:val="it-IT"/>
        </w:rPr>
        <w:t>Donnerstags</w:t>
      </w:r>
      <w:proofErr w:type="spellEnd"/>
      <w:r w:rsidRPr="003A64EF">
        <w:rPr>
          <w:lang w:val="it-IT"/>
        </w:rPr>
        <w:t xml:space="preserve"> </w:t>
      </w:r>
      <w:proofErr w:type="spellStart"/>
      <w:r w:rsidRPr="003A64EF">
        <w:rPr>
          <w:lang w:val="it-IT"/>
        </w:rPr>
        <w:t>geschlossen</w:t>
      </w:r>
      <w:proofErr w:type="spellEnd"/>
      <w:r w:rsidRPr="003A64EF">
        <w:rPr>
          <w:lang w:val="it-IT"/>
        </w:rPr>
        <w:t xml:space="preserve">. </w:t>
      </w:r>
      <w:r w:rsidRPr="003A64EF">
        <w:rPr>
          <w:lang w:val="de-DE"/>
        </w:rPr>
        <w:t>20 Minuten mit dem Auto.</w:t>
      </w:r>
    </w:p>
    <w:p w:rsidR="007E5154" w:rsidRPr="003A64EF" w:rsidRDefault="00000000">
      <w:pPr>
        <w:rPr>
          <w:lang w:val="it-IT"/>
        </w:rPr>
      </w:pPr>
      <w:r w:rsidRPr="003A64EF">
        <w:rPr>
          <w:lang w:val="de-DE"/>
        </w:rPr>
        <w:t xml:space="preserve">Großes Restaurant direkt am See mit Pizza und einer großen Auswahl an internationalen Hauptgerichten. Oft sehr gut besucht. Der Außenbereich direkt am See ist nur für </w:t>
      </w:r>
      <w:proofErr w:type="spellStart"/>
      <w:r w:rsidRPr="003A64EF">
        <w:rPr>
          <w:lang w:val="de-DE"/>
        </w:rPr>
        <w:t>Aperitivo</w:t>
      </w:r>
      <w:proofErr w:type="spellEnd"/>
      <w:r w:rsidRPr="003A64EF">
        <w:rPr>
          <w:lang w:val="de-DE"/>
        </w:rPr>
        <w:t xml:space="preserve"> vorgesehen. </w:t>
      </w:r>
      <w:proofErr w:type="spellStart"/>
      <w:r w:rsidRPr="003A64EF">
        <w:rPr>
          <w:lang w:val="it-IT"/>
        </w:rPr>
        <w:t>Hauptgerichte</w:t>
      </w:r>
      <w:proofErr w:type="spellEnd"/>
      <w:r w:rsidRPr="003A64EF">
        <w:rPr>
          <w:lang w:val="it-IT"/>
        </w:rPr>
        <w:t xml:space="preserve"> ca. 20 EUR.</w:t>
      </w:r>
    </w:p>
    <w:p w:rsidR="007E5154" w:rsidRPr="003A64EF" w:rsidRDefault="00000000">
      <w:pPr>
        <w:pStyle w:val="berschrift2"/>
        <w:rPr>
          <w:lang w:val="it-IT"/>
        </w:rPr>
      </w:pPr>
      <w:proofErr w:type="spellStart"/>
      <w:r w:rsidRPr="003A64EF">
        <w:rPr>
          <w:lang w:val="it-IT"/>
        </w:rPr>
        <w:t>Restaurant</w:t>
      </w:r>
      <w:proofErr w:type="spellEnd"/>
      <w:r w:rsidRPr="003A64EF">
        <w:rPr>
          <w:lang w:val="it-IT"/>
        </w:rPr>
        <w:t xml:space="preserve"> Il Porticciolo</w:t>
      </w:r>
    </w:p>
    <w:p w:rsidR="007E5154" w:rsidRPr="003A64EF" w:rsidRDefault="00000000">
      <w:pPr>
        <w:rPr>
          <w:lang w:val="de-DE"/>
        </w:rPr>
      </w:pPr>
      <w:r w:rsidRPr="003A64EF">
        <w:rPr>
          <w:lang w:val="it-IT"/>
        </w:rPr>
        <w:t>Via Fortino 40, 21014 Laveno Mombello, Tel.: 0332 667 257</w:t>
      </w:r>
      <w:r w:rsidRPr="003A64EF">
        <w:rPr>
          <w:lang w:val="it-IT"/>
        </w:rPr>
        <w:br/>
      </w:r>
      <w:proofErr w:type="spellStart"/>
      <w:r w:rsidRPr="003A64EF">
        <w:rPr>
          <w:lang w:val="it-IT"/>
        </w:rPr>
        <w:t>Täglich</w:t>
      </w:r>
      <w:proofErr w:type="spellEnd"/>
      <w:r w:rsidRPr="003A64EF">
        <w:rPr>
          <w:lang w:val="it-IT"/>
        </w:rPr>
        <w:t xml:space="preserve"> </w:t>
      </w:r>
      <w:proofErr w:type="spellStart"/>
      <w:r w:rsidRPr="003A64EF">
        <w:rPr>
          <w:lang w:val="it-IT"/>
        </w:rPr>
        <w:t>geöffnet</w:t>
      </w:r>
      <w:proofErr w:type="spellEnd"/>
      <w:r w:rsidRPr="003A64EF">
        <w:rPr>
          <w:lang w:val="it-IT"/>
        </w:rPr>
        <w:t xml:space="preserve">. </w:t>
      </w:r>
      <w:r w:rsidRPr="003A64EF">
        <w:rPr>
          <w:lang w:val="de-DE"/>
        </w:rPr>
        <w:t>5 Minuten mit dem Auto oder zu Fuß erreichbar.</w:t>
      </w:r>
    </w:p>
    <w:p w:rsidR="007E5154" w:rsidRPr="003A64EF" w:rsidRDefault="00000000">
      <w:pPr>
        <w:rPr>
          <w:lang w:val="it-IT"/>
        </w:rPr>
      </w:pPr>
      <w:r w:rsidRPr="003A64EF">
        <w:rPr>
          <w:lang w:val="de-DE"/>
        </w:rPr>
        <w:t xml:space="preserve">Dieses Hotel ist unser Nachbar und liegt unterhalb des Hauses direkt am See. Eigentlich müssten wir nur eine Rutsche den Hang hinunter bauen, dann wären wir im Handumdrehen dort! Es gibt das Gourmetrestaurant La Tavola und </w:t>
      </w:r>
      <w:proofErr w:type="spellStart"/>
      <w:r w:rsidRPr="003A64EF">
        <w:rPr>
          <w:lang w:val="de-DE"/>
        </w:rPr>
        <w:t>L’Osteria</w:t>
      </w:r>
      <w:proofErr w:type="spellEnd"/>
      <w:r w:rsidRPr="003A64EF">
        <w:rPr>
          <w:lang w:val="de-DE"/>
        </w:rPr>
        <w:t xml:space="preserve">, die direkt am bzw. über dem See liegt. Die Terrasse bietet einen wunderschönen Ausblick und ragt über das Wasser. </w:t>
      </w:r>
      <w:proofErr w:type="spellStart"/>
      <w:r w:rsidRPr="003A64EF">
        <w:rPr>
          <w:lang w:val="it-IT"/>
        </w:rPr>
        <w:t>Internationale</w:t>
      </w:r>
      <w:proofErr w:type="spellEnd"/>
      <w:r w:rsidRPr="003A64EF">
        <w:rPr>
          <w:lang w:val="it-IT"/>
        </w:rPr>
        <w:t xml:space="preserve"> und </w:t>
      </w:r>
      <w:proofErr w:type="spellStart"/>
      <w:r w:rsidRPr="003A64EF">
        <w:rPr>
          <w:lang w:val="it-IT"/>
        </w:rPr>
        <w:t>italienische</w:t>
      </w:r>
      <w:proofErr w:type="spellEnd"/>
      <w:r w:rsidRPr="003A64EF">
        <w:rPr>
          <w:lang w:val="it-IT"/>
        </w:rPr>
        <w:t xml:space="preserve"> </w:t>
      </w:r>
      <w:proofErr w:type="spellStart"/>
      <w:r w:rsidRPr="003A64EF">
        <w:rPr>
          <w:lang w:val="it-IT"/>
        </w:rPr>
        <w:t>Küche</w:t>
      </w:r>
      <w:proofErr w:type="spellEnd"/>
      <w:r w:rsidRPr="003A64EF">
        <w:rPr>
          <w:lang w:val="it-IT"/>
        </w:rPr>
        <w:t xml:space="preserve">. </w:t>
      </w:r>
      <w:proofErr w:type="spellStart"/>
      <w:r w:rsidRPr="003A64EF">
        <w:rPr>
          <w:lang w:val="it-IT"/>
        </w:rPr>
        <w:t>Hauptgerichte</w:t>
      </w:r>
      <w:proofErr w:type="spellEnd"/>
      <w:r w:rsidRPr="003A64EF">
        <w:rPr>
          <w:lang w:val="it-IT"/>
        </w:rPr>
        <w:t xml:space="preserve"> ca. 35 EUR.</w:t>
      </w:r>
    </w:p>
    <w:p w:rsidR="007E5154" w:rsidRPr="003A64EF" w:rsidRDefault="00000000">
      <w:pPr>
        <w:pStyle w:val="berschrift2"/>
        <w:rPr>
          <w:lang w:val="it-IT"/>
        </w:rPr>
      </w:pPr>
      <w:proofErr w:type="spellStart"/>
      <w:r w:rsidRPr="003A64EF">
        <w:rPr>
          <w:lang w:val="it-IT"/>
        </w:rPr>
        <w:t>Restaurant</w:t>
      </w:r>
      <w:proofErr w:type="spellEnd"/>
      <w:r w:rsidRPr="003A64EF">
        <w:rPr>
          <w:lang w:val="it-IT"/>
        </w:rPr>
        <w:t xml:space="preserve"> Trattoria La Lampada</w:t>
      </w:r>
    </w:p>
    <w:p w:rsidR="007E5154" w:rsidRPr="003A64EF" w:rsidRDefault="00000000">
      <w:pPr>
        <w:rPr>
          <w:lang w:val="de-DE"/>
        </w:rPr>
      </w:pPr>
      <w:r w:rsidRPr="003A64EF">
        <w:rPr>
          <w:lang w:val="it-IT"/>
        </w:rPr>
        <w:t>Via Fortino 5, Laveno Mombello, Tel.: 0332 66 74 28</w:t>
      </w:r>
      <w:r w:rsidRPr="003A64EF">
        <w:rPr>
          <w:lang w:val="it-IT"/>
        </w:rPr>
        <w:br/>
      </w:r>
      <w:proofErr w:type="spellStart"/>
      <w:r w:rsidRPr="003A64EF">
        <w:rPr>
          <w:lang w:val="it-IT"/>
        </w:rPr>
        <w:t>Montags</w:t>
      </w:r>
      <w:proofErr w:type="spellEnd"/>
      <w:r w:rsidRPr="003A64EF">
        <w:rPr>
          <w:lang w:val="it-IT"/>
        </w:rPr>
        <w:t xml:space="preserve"> </w:t>
      </w:r>
      <w:proofErr w:type="spellStart"/>
      <w:r w:rsidRPr="003A64EF">
        <w:rPr>
          <w:lang w:val="it-IT"/>
        </w:rPr>
        <w:t>geschlossen</w:t>
      </w:r>
      <w:proofErr w:type="spellEnd"/>
      <w:r w:rsidRPr="003A64EF">
        <w:rPr>
          <w:lang w:val="it-IT"/>
        </w:rPr>
        <w:t xml:space="preserve">. </w:t>
      </w:r>
      <w:r w:rsidRPr="003A64EF">
        <w:rPr>
          <w:lang w:val="de-DE"/>
        </w:rPr>
        <w:t>10 Minuten zu Fuß.</w:t>
      </w:r>
    </w:p>
    <w:p w:rsidR="007E5154" w:rsidRPr="003A64EF" w:rsidRDefault="00000000">
      <w:pPr>
        <w:rPr>
          <w:lang w:val="de-DE"/>
        </w:rPr>
      </w:pPr>
      <w:r w:rsidRPr="003A64EF">
        <w:rPr>
          <w:lang w:val="de-DE"/>
        </w:rPr>
        <w:t xml:space="preserve">Eine Pizzeria an einer Straßenecke, auf der linken Seite, wenn man vom Zentrum von </w:t>
      </w:r>
      <w:proofErr w:type="spellStart"/>
      <w:r w:rsidRPr="003A64EF">
        <w:rPr>
          <w:lang w:val="de-DE"/>
        </w:rPr>
        <w:t>Laveno</w:t>
      </w:r>
      <w:proofErr w:type="spellEnd"/>
      <w:r w:rsidRPr="003A64EF">
        <w:rPr>
          <w:lang w:val="de-DE"/>
        </w:rPr>
        <w:t xml:space="preserve"> in Richtung Haus geht. Einfache Einrichtung, Terrasse an der Straße, gute Pizza aus dem Holzofen und zu Fuß erreichbar. Gut für ein schnelles Mittag- oder Abendessen oder um einfach eine Pizza abzuholen. Ca. 15 EUR.</w:t>
      </w:r>
    </w:p>
    <w:p w:rsidR="007E5154" w:rsidRPr="003A64EF" w:rsidRDefault="00000000">
      <w:pPr>
        <w:pStyle w:val="berschrift2"/>
        <w:rPr>
          <w:lang w:val="de-DE"/>
        </w:rPr>
      </w:pPr>
      <w:r w:rsidRPr="003A64EF">
        <w:rPr>
          <w:lang w:val="de-DE"/>
        </w:rPr>
        <w:t>Pizza bestellen:</w:t>
      </w:r>
    </w:p>
    <w:p w:rsidR="007E5154" w:rsidRPr="003A64EF" w:rsidRDefault="00000000">
      <w:pPr>
        <w:rPr>
          <w:lang w:val="de-DE"/>
        </w:rPr>
      </w:pPr>
      <w:r w:rsidRPr="003A64EF">
        <w:rPr>
          <w:lang w:val="de-DE"/>
        </w:rPr>
        <w:t xml:space="preserve">Due Ponti, an der Brücke auf dem Weg nach </w:t>
      </w:r>
      <w:proofErr w:type="spellStart"/>
      <w:r w:rsidRPr="003A64EF">
        <w:rPr>
          <w:lang w:val="de-DE"/>
        </w:rPr>
        <w:t>Cittiglio</w:t>
      </w:r>
      <w:proofErr w:type="spellEnd"/>
      <w:r w:rsidRPr="003A64EF">
        <w:rPr>
          <w:lang w:val="de-DE"/>
        </w:rPr>
        <w:t>. Ca. 30 Minuten Vorlaufzeit einplanen.</w:t>
      </w:r>
      <w:r w:rsidRPr="003A64EF">
        <w:rPr>
          <w:lang w:val="de-DE"/>
        </w:rPr>
        <w:br/>
        <w:t>Tel.: 3759738147. Geöffnet 12:00–14:00 Uhr und 18:00–21:30 Uhr. Pizza ab 6,50 EUR.</w:t>
      </w:r>
    </w:p>
    <w:p w:rsidR="007E5154" w:rsidRPr="003A64EF" w:rsidRDefault="00000000">
      <w:pPr>
        <w:pStyle w:val="berschrift2"/>
        <w:rPr>
          <w:lang w:val="de-DE"/>
        </w:rPr>
      </w:pPr>
      <w:r w:rsidRPr="003A64EF">
        <w:rPr>
          <w:lang w:val="de-DE"/>
        </w:rPr>
        <w:t xml:space="preserve">Bistro </w:t>
      </w:r>
      <w:proofErr w:type="spellStart"/>
      <w:r w:rsidRPr="003A64EF">
        <w:rPr>
          <w:lang w:val="de-DE"/>
        </w:rPr>
        <w:t>Imbarcadero</w:t>
      </w:r>
      <w:proofErr w:type="spellEnd"/>
    </w:p>
    <w:p w:rsidR="007E5154" w:rsidRPr="003A64EF" w:rsidRDefault="00000000">
      <w:pPr>
        <w:rPr>
          <w:lang w:val="de-DE"/>
        </w:rPr>
      </w:pPr>
      <w:r w:rsidRPr="003A64EF">
        <w:rPr>
          <w:lang w:val="de-DE"/>
        </w:rPr>
        <w:t xml:space="preserve">Piazza </w:t>
      </w:r>
      <w:proofErr w:type="spellStart"/>
      <w:r w:rsidRPr="003A64EF">
        <w:rPr>
          <w:lang w:val="de-DE"/>
        </w:rPr>
        <w:t>Imbarcadero</w:t>
      </w:r>
      <w:proofErr w:type="spellEnd"/>
      <w:r w:rsidRPr="003A64EF">
        <w:rPr>
          <w:lang w:val="de-DE"/>
        </w:rPr>
        <w:t xml:space="preserve"> 2, Porto </w:t>
      </w:r>
      <w:proofErr w:type="spellStart"/>
      <w:r w:rsidRPr="003A64EF">
        <w:rPr>
          <w:lang w:val="de-DE"/>
        </w:rPr>
        <w:t>Valtravaglia</w:t>
      </w:r>
      <w:proofErr w:type="spellEnd"/>
      <w:r w:rsidRPr="003A64EF">
        <w:rPr>
          <w:lang w:val="de-DE"/>
        </w:rPr>
        <w:t>, Tel.: 0332 54 77 57</w:t>
      </w:r>
      <w:r w:rsidRPr="003A64EF">
        <w:rPr>
          <w:lang w:val="de-DE"/>
        </w:rPr>
        <w:br/>
      </w:r>
      <w:proofErr w:type="gramStart"/>
      <w:r w:rsidRPr="003A64EF">
        <w:rPr>
          <w:lang w:val="de-DE"/>
        </w:rPr>
        <w:t>Dienstags</w:t>
      </w:r>
      <w:proofErr w:type="gramEnd"/>
      <w:r w:rsidRPr="003A64EF">
        <w:rPr>
          <w:lang w:val="de-DE"/>
        </w:rPr>
        <w:t xml:space="preserve"> geschlossen. 15 Minuten mit dem Auto.</w:t>
      </w:r>
    </w:p>
    <w:p w:rsidR="007E5154" w:rsidRPr="003A64EF" w:rsidRDefault="00000000">
      <w:pPr>
        <w:rPr>
          <w:lang w:val="de-DE"/>
        </w:rPr>
      </w:pPr>
      <w:r w:rsidRPr="003A64EF">
        <w:rPr>
          <w:lang w:val="de-DE"/>
        </w:rPr>
        <w:t>Ein entspanntes, modernes Restaurant in einem Glaspavillon mit Beachclub-Atmosphäre. Man kann auch draußen direkt am Wasser sitzen. Klassische italienische Küche. Hauptgerichte ca. 25 EUR.</w:t>
      </w:r>
    </w:p>
    <w:p w:rsidR="007E5154" w:rsidRPr="003A64EF" w:rsidRDefault="00000000">
      <w:pPr>
        <w:pStyle w:val="berschrift2"/>
        <w:rPr>
          <w:lang w:val="de-DE"/>
        </w:rPr>
      </w:pPr>
      <w:r w:rsidRPr="003A64EF">
        <w:rPr>
          <w:lang w:val="de-DE"/>
        </w:rPr>
        <w:t xml:space="preserve">Restaurant Il </w:t>
      </w:r>
      <w:proofErr w:type="spellStart"/>
      <w:r w:rsidRPr="003A64EF">
        <w:rPr>
          <w:lang w:val="de-DE"/>
        </w:rPr>
        <w:t>Chiosco</w:t>
      </w:r>
      <w:proofErr w:type="spellEnd"/>
      <w:r w:rsidRPr="003A64EF">
        <w:rPr>
          <w:lang w:val="de-DE"/>
        </w:rPr>
        <w:t xml:space="preserve"> di Cerro</w:t>
      </w:r>
    </w:p>
    <w:p w:rsidR="007E5154" w:rsidRPr="003A64EF" w:rsidRDefault="00000000">
      <w:pPr>
        <w:rPr>
          <w:lang w:val="de-DE"/>
        </w:rPr>
      </w:pPr>
      <w:proofErr w:type="spellStart"/>
      <w:r w:rsidRPr="003A64EF">
        <w:rPr>
          <w:lang w:val="de-DE"/>
        </w:rPr>
        <w:t>Lungolago</w:t>
      </w:r>
      <w:proofErr w:type="spellEnd"/>
      <w:r w:rsidRPr="003A64EF">
        <w:rPr>
          <w:lang w:val="de-DE"/>
        </w:rPr>
        <w:t xml:space="preserve"> </w:t>
      </w:r>
      <w:proofErr w:type="spellStart"/>
      <w:r w:rsidRPr="003A64EF">
        <w:rPr>
          <w:lang w:val="de-DE"/>
        </w:rPr>
        <w:t>Perabo</w:t>
      </w:r>
      <w:proofErr w:type="spellEnd"/>
      <w:r w:rsidRPr="003A64EF">
        <w:rPr>
          <w:lang w:val="de-DE"/>
        </w:rPr>
        <w:t xml:space="preserve"> 2, </w:t>
      </w:r>
      <w:proofErr w:type="spellStart"/>
      <w:r w:rsidRPr="003A64EF">
        <w:rPr>
          <w:lang w:val="de-DE"/>
        </w:rPr>
        <w:t>Laveno</w:t>
      </w:r>
      <w:proofErr w:type="spellEnd"/>
      <w:r w:rsidRPr="003A64EF">
        <w:rPr>
          <w:lang w:val="de-DE"/>
        </w:rPr>
        <w:t xml:space="preserve"> </w:t>
      </w:r>
      <w:proofErr w:type="spellStart"/>
      <w:r w:rsidRPr="003A64EF">
        <w:rPr>
          <w:lang w:val="de-DE"/>
        </w:rPr>
        <w:t>Mombello</w:t>
      </w:r>
      <w:proofErr w:type="spellEnd"/>
      <w:r w:rsidRPr="003A64EF">
        <w:rPr>
          <w:lang w:val="de-DE"/>
        </w:rPr>
        <w:t xml:space="preserve"> (eigentlich in Richtung Cerro), Tel.: 0332 629 050</w:t>
      </w:r>
      <w:r w:rsidRPr="003A64EF">
        <w:rPr>
          <w:lang w:val="de-DE"/>
        </w:rPr>
        <w:br/>
        <w:t>Täglich geöffnet. 10 Minuten mit dem Auto.</w:t>
      </w:r>
    </w:p>
    <w:p w:rsidR="007E5154" w:rsidRPr="003A64EF" w:rsidRDefault="00000000">
      <w:pPr>
        <w:rPr>
          <w:lang w:val="de-DE"/>
        </w:rPr>
      </w:pPr>
      <w:r w:rsidRPr="003A64EF">
        <w:rPr>
          <w:lang w:val="de-DE"/>
        </w:rPr>
        <w:t>Ein nettes Restaurant direkt am See/Strand mit einer schönen Terrasse. Mittleres bis gehobenes Niveau. Sehr klein, mit ausgezeichnetem Essen. Traditionelle italienische Küche und Fisch. Hauptgerichte ca. 30 EUR.</w:t>
      </w:r>
    </w:p>
    <w:p w:rsidR="007E5154" w:rsidRPr="003A64EF" w:rsidRDefault="00000000">
      <w:pPr>
        <w:pStyle w:val="berschrift2"/>
        <w:rPr>
          <w:lang w:val="de-DE"/>
        </w:rPr>
      </w:pPr>
      <w:r w:rsidRPr="003A64EF">
        <w:rPr>
          <w:lang w:val="de-DE"/>
        </w:rPr>
        <w:lastRenderedPageBreak/>
        <w:t xml:space="preserve">Restaurant Osteria </w:t>
      </w:r>
      <w:proofErr w:type="spellStart"/>
      <w:r w:rsidRPr="003A64EF">
        <w:rPr>
          <w:lang w:val="de-DE"/>
        </w:rPr>
        <w:t>D’Alberto</w:t>
      </w:r>
      <w:proofErr w:type="spellEnd"/>
    </w:p>
    <w:p w:rsidR="007E5154" w:rsidRPr="003A64EF" w:rsidRDefault="00000000">
      <w:pPr>
        <w:rPr>
          <w:lang w:val="de-DE"/>
        </w:rPr>
      </w:pPr>
      <w:r w:rsidRPr="003A64EF">
        <w:rPr>
          <w:lang w:val="de-DE"/>
        </w:rPr>
        <w:t>Via Garibaldi 15, Brissago-</w:t>
      </w:r>
      <w:proofErr w:type="spellStart"/>
      <w:r w:rsidRPr="003A64EF">
        <w:rPr>
          <w:lang w:val="de-DE"/>
        </w:rPr>
        <w:t>Valtravaglia</w:t>
      </w:r>
      <w:proofErr w:type="spellEnd"/>
      <w:r w:rsidRPr="003A64EF">
        <w:rPr>
          <w:lang w:val="de-DE"/>
        </w:rPr>
        <w:t>, Tel.: 03331 100 404</w:t>
      </w:r>
      <w:r w:rsidRPr="003A64EF">
        <w:rPr>
          <w:lang w:val="de-DE"/>
        </w:rPr>
        <w:br/>
        <w:t>Montag bis Mittwoch geschlossen. 35 Minuten mit dem Auto.</w:t>
      </w:r>
    </w:p>
    <w:p w:rsidR="007E5154" w:rsidRPr="003A64EF" w:rsidRDefault="00000000">
      <w:pPr>
        <w:rPr>
          <w:lang w:val="de-DE"/>
        </w:rPr>
      </w:pPr>
      <w:r w:rsidRPr="003A64EF">
        <w:rPr>
          <w:lang w:val="de-DE"/>
        </w:rPr>
        <w:t>Ein sehr charmantes, gehobenes kleines Restaurant, das fast wie ein privates Wohnzimmer wirkt, mit ausgezeichnetem Essen. Traditionelle italienische Küche und sehr gute Fleischgerichte. Hauptgerichte ca. 35 EUR. Es liegt in einem Dorf im hügeligen Hinterland.</w:t>
      </w:r>
    </w:p>
    <w:p w:rsidR="007E5154" w:rsidRPr="003A64EF" w:rsidRDefault="00000000">
      <w:pPr>
        <w:pStyle w:val="berschrift2"/>
        <w:rPr>
          <w:lang w:val="de-DE"/>
        </w:rPr>
      </w:pPr>
      <w:r w:rsidRPr="003A64EF">
        <w:rPr>
          <w:lang w:val="de-DE"/>
        </w:rPr>
        <w:t>Ristorante Tiffany</w:t>
      </w:r>
    </w:p>
    <w:p w:rsidR="007E5154" w:rsidRPr="003A64EF" w:rsidRDefault="00000000">
      <w:pPr>
        <w:rPr>
          <w:lang w:val="de-DE"/>
        </w:rPr>
      </w:pPr>
      <w:r w:rsidRPr="003A64EF">
        <w:rPr>
          <w:lang w:val="de-DE"/>
        </w:rPr>
        <w:t xml:space="preserve">Via Angelo Palazzi 1, 21016 Luino </w:t>
      </w:r>
      <w:proofErr w:type="spellStart"/>
      <w:r w:rsidRPr="003A64EF">
        <w:rPr>
          <w:lang w:val="de-DE"/>
        </w:rPr>
        <w:t>Colmegna</w:t>
      </w:r>
      <w:proofErr w:type="spellEnd"/>
      <w:r w:rsidRPr="003A64EF">
        <w:rPr>
          <w:lang w:val="de-DE"/>
        </w:rPr>
        <w:t>, Tel.: +39 0332 510 855</w:t>
      </w:r>
      <w:r w:rsidRPr="003A64EF">
        <w:rPr>
          <w:lang w:val="de-DE"/>
        </w:rPr>
        <w:br/>
        <w:t>Täglich geöffnet. 30 Minuten mit dem Auto, am See entlang Richtung Norden nach Luino.</w:t>
      </w:r>
    </w:p>
    <w:p w:rsidR="007E5154" w:rsidRPr="003A64EF" w:rsidRDefault="00000000">
      <w:pPr>
        <w:rPr>
          <w:lang w:val="de-DE"/>
        </w:rPr>
      </w:pPr>
      <w:r w:rsidRPr="003A64EF">
        <w:rPr>
          <w:lang w:val="de-DE"/>
        </w:rPr>
        <w:t>Ein charmantes Hotel mit einem terrassenförmig angelegten, parkähnlichen Garten, vielen Aussichtspunkten und Fotomotiven – sehr gut für einen Sundowner geeignet. Direkt am See gelegen. Gehobenes Restaurant mit internationaler und italienischer Küche. Besonders gut gefällt uns die untere Terrasse direkt am Wasser. Hauptgerichte ca. 35 EUR. Am Wochenende finden hier häufig Hochzeiten und andere Veranstaltungen statt.</w:t>
      </w:r>
    </w:p>
    <w:p w:rsidR="007E5154" w:rsidRPr="003A64EF" w:rsidRDefault="00000000">
      <w:pPr>
        <w:rPr>
          <w:lang w:val="de-DE"/>
        </w:rPr>
      </w:pPr>
      <w:r w:rsidRPr="003A64EF">
        <w:rPr>
          <w:lang w:val="de-DE"/>
        </w:rPr>
        <w:t>Empfehlenswert auf der gegenüberliegenden Seeseite:</w:t>
      </w:r>
    </w:p>
    <w:p w:rsidR="007E5154" w:rsidRPr="003A64EF" w:rsidRDefault="00000000">
      <w:pPr>
        <w:pStyle w:val="berschrift2"/>
        <w:rPr>
          <w:lang w:val="it-IT"/>
        </w:rPr>
      </w:pPr>
      <w:proofErr w:type="spellStart"/>
      <w:r w:rsidRPr="003A64EF">
        <w:rPr>
          <w:lang w:val="it-IT"/>
        </w:rPr>
        <w:t>Tacabutun</w:t>
      </w:r>
      <w:proofErr w:type="spellEnd"/>
    </w:p>
    <w:p w:rsidR="007E5154" w:rsidRPr="003A64EF" w:rsidRDefault="00000000">
      <w:pPr>
        <w:rPr>
          <w:lang w:val="de-DE"/>
        </w:rPr>
      </w:pPr>
      <w:r w:rsidRPr="003A64EF">
        <w:rPr>
          <w:lang w:val="it-IT"/>
        </w:rPr>
        <w:t>Viale delle Magnolie 12, 28922 Verbania Pallanza, Tel.: 02358 400 030</w:t>
      </w:r>
      <w:r w:rsidRPr="003A64EF">
        <w:rPr>
          <w:lang w:val="it-IT"/>
        </w:rPr>
        <w:br/>
      </w:r>
      <w:proofErr w:type="spellStart"/>
      <w:r w:rsidRPr="003A64EF">
        <w:rPr>
          <w:lang w:val="it-IT"/>
        </w:rPr>
        <w:t>Donnerstags</w:t>
      </w:r>
      <w:proofErr w:type="spellEnd"/>
      <w:r w:rsidRPr="003A64EF">
        <w:rPr>
          <w:lang w:val="it-IT"/>
        </w:rPr>
        <w:t xml:space="preserve"> </w:t>
      </w:r>
      <w:proofErr w:type="spellStart"/>
      <w:r w:rsidRPr="003A64EF">
        <w:rPr>
          <w:lang w:val="it-IT"/>
        </w:rPr>
        <w:t>geschlossen</w:t>
      </w:r>
      <w:proofErr w:type="spellEnd"/>
      <w:r w:rsidRPr="003A64EF">
        <w:rPr>
          <w:lang w:val="it-IT"/>
        </w:rPr>
        <w:t>.</w:t>
      </w:r>
      <w:r w:rsidRPr="003A64EF">
        <w:rPr>
          <w:lang w:val="it-IT"/>
        </w:rPr>
        <w:br/>
      </w:r>
      <w:r w:rsidRPr="003A64EF">
        <w:rPr>
          <w:lang w:val="de-DE"/>
        </w:rPr>
        <w:t>Entfernung: 10 Minuten mit dem Boot.</w:t>
      </w:r>
    </w:p>
    <w:p w:rsidR="007E5154" w:rsidRPr="003A64EF" w:rsidRDefault="00000000">
      <w:pPr>
        <w:rPr>
          <w:lang w:val="de-DE"/>
        </w:rPr>
      </w:pPr>
      <w:r w:rsidRPr="003A64EF">
        <w:rPr>
          <w:lang w:val="de-DE"/>
        </w:rPr>
        <w:t>Nettes Restaurant mit Tischen im Freien unter Bäumen und einem fantastischen Blick auf den See. Ausgezeichnete Pizza. Hauptgerichte ca. 12 EUR. Das Boot kann im öffentlichen Hafen angelegt werden (Parkticket: 10 EUR / 12 Stunden).</w:t>
      </w:r>
    </w:p>
    <w:p w:rsidR="007E5154" w:rsidRPr="003A64EF" w:rsidRDefault="00000000">
      <w:pPr>
        <w:pStyle w:val="berschrift2"/>
        <w:rPr>
          <w:lang w:val="it-IT"/>
        </w:rPr>
      </w:pPr>
      <w:r w:rsidRPr="003A64EF">
        <w:rPr>
          <w:lang w:val="it-IT"/>
        </w:rPr>
        <w:t>Battipalo Ristorante</w:t>
      </w:r>
    </w:p>
    <w:p w:rsidR="007E5154" w:rsidRPr="003A64EF" w:rsidRDefault="00000000">
      <w:pPr>
        <w:rPr>
          <w:lang w:val="de-DE"/>
        </w:rPr>
      </w:pPr>
      <w:r w:rsidRPr="003A64EF">
        <w:rPr>
          <w:lang w:val="it-IT"/>
        </w:rPr>
        <w:t>Viale Vittorio Veneto 2, 28040 Lesa, Tel.: 0322 76069</w:t>
      </w:r>
      <w:r w:rsidRPr="003A64EF">
        <w:rPr>
          <w:lang w:val="it-IT"/>
        </w:rPr>
        <w:br/>
      </w:r>
      <w:proofErr w:type="spellStart"/>
      <w:r w:rsidRPr="003A64EF">
        <w:rPr>
          <w:lang w:val="it-IT"/>
        </w:rPr>
        <w:t>Montags</w:t>
      </w:r>
      <w:proofErr w:type="spellEnd"/>
      <w:r w:rsidRPr="003A64EF">
        <w:rPr>
          <w:lang w:val="it-IT"/>
        </w:rPr>
        <w:t xml:space="preserve"> </w:t>
      </w:r>
      <w:proofErr w:type="spellStart"/>
      <w:r w:rsidRPr="003A64EF">
        <w:rPr>
          <w:lang w:val="it-IT"/>
        </w:rPr>
        <w:t>geschlossen</w:t>
      </w:r>
      <w:proofErr w:type="spellEnd"/>
      <w:r w:rsidRPr="003A64EF">
        <w:rPr>
          <w:lang w:val="it-IT"/>
        </w:rPr>
        <w:t>.</w:t>
      </w:r>
      <w:r w:rsidRPr="003A64EF">
        <w:rPr>
          <w:lang w:val="it-IT"/>
        </w:rPr>
        <w:br/>
      </w:r>
      <w:r w:rsidRPr="003A64EF">
        <w:rPr>
          <w:lang w:val="de-DE"/>
        </w:rPr>
        <w:t>Entfernung: 20 Minuten mit dem Boot.</w:t>
      </w:r>
    </w:p>
    <w:p w:rsidR="007E5154" w:rsidRPr="003A64EF" w:rsidRDefault="00000000">
      <w:pPr>
        <w:rPr>
          <w:lang w:val="it-IT"/>
        </w:rPr>
      </w:pPr>
      <w:r w:rsidRPr="003A64EF">
        <w:rPr>
          <w:lang w:val="de-DE"/>
        </w:rPr>
        <w:t xml:space="preserve">Gehobenes Restaurant mit ausgezeichneter italienischer und internationaler Küche sowie Sitzplätzen im Freien direkt am See. Etwa 50 Meter vom Restaurant entfernt gibt es einen öffentlichen Anlegeplatz. </w:t>
      </w:r>
      <w:proofErr w:type="spellStart"/>
      <w:r w:rsidRPr="003A64EF">
        <w:rPr>
          <w:lang w:val="it-IT"/>
        </w:rPr>
        <w:t>Hauptgerichte</w:t>
      </w:r>
      <w:proofErr w:type="spellEnd"/>
      <w:r w:rsidRPr="003A64EF">
        <w:rPr>
          <w:lang w:val="it-IT"/>
        </w:rPr>
        <w:t xml:space="preserve"> ca. 25 EUR.</w:t>
      </w:r>
    </w:p>
    <w:p w:rsidR="007E5154" w:rsidRPr="003A64EF" w:rsidRDefault="00000000">
      <w:pPr>
        <w:pStyle w:val="berschrift2"/>
        <w:rPr>
          <w:lang w:val="it-IT"/>
        </w:rPr>
      </w:pPr>
      <w:r w:rsidRPr="003A64EF">
        <w:rPr>
          <w:lang w:val="it-IT"/>
        </w:rPr>
        <w:t>Ristorante Milano</w:t>
      </w:r>
    </w:p>
    <w:p w:rsidR="007E5154" w:rsidRPr="003A64EF" w:rsidRDefault="00000000">
      <w:pPr>
        <w:rPr>
          <w:lang w:val="de-DE"/>
        </w:rPr>
      </w:pPr>
      <w:r w:rsidRPr="003A64EF">
        <w:rPr>
          <w:lang w:val="it-IT"/>
        </w:rPr>
        <w:t xml:space="preserve">Corso </w:t>
      </w:r>
      <w:proofErr w:type="spellStart"/>
      <w:r w:rsidRPr="003A64EF">
        <w:rPr>
          <w:lang w:val="it-IT"/>
        </w:rPr>
        <w:t>Zanitello</w:t>
      </w:r>
      <w:proofErr w:type="spellEnd"/>
      <w:r w:rsidRPr="003A64EF">
        <w:rPr>
          <w:lang w:val="it-IT"/>
        </w:rPr>
        <w:t xml:space="preserve"> 2, 28922 Verbania Pallanza, Tel.: 0323 556816</w:t>
      </w:r>
      <w:r w:rsidRPr="003A64EF">
        <w:rPr>
          <w:lang w:val="it-IT"/>
        </w:rPr>
        <w:br/>
      </w:r>
      <w:proofErr w:type="spellStart"/>
      <w:r w:rsidRPr="003A64EF">
        <w:rPr>
          <w:lang w:val="it-IT"/>
        </w:rPr>
        <w:t>Dienstags</w:t>
      </w:r>
      <w:proofErr w:type="spellEnd"/>
      <w:r w:rsidRPr="003A64EF">
        <w:rPr>
          <w:lang w:val="it-IT"/>
        </w:rPr>
        <w:t xml:space="preserve"> </w:t>
      </w:r>
      <w:proofErr w:type="spellStart"/>
      <w:r w:rsidRPr="003A64EF">
        <w:rPr>
          <w:lang w:val="it-IT"/>
        </w:rPr>
        <w:t>geschlossen</w:t>
      </w:r>
      <w:proofErr w:type="spellEnd"/>
      <w:r w:rsidRPr="003A64EF">
        <w:rPr>
          <w:lang w:val="it-IT"/>
        </w:rPr>
        <w:t>.</w:t>
      </w:r>
      <w:r w:rsidRPr="003A64EF">
        <w:rPr>
          <w:lang w:val="it-IT"/>
        </w:rPr>
        <w:br/>
      </w:r>
      <w:r w:rsidRPr="003A64EF">
        <w:rPr>
          <w:lang w:val="de-DE"/>
        </w:rPr>
        <w:t>Entfernung: 10 Minuten mit dem Boot.</w:t>
      </w:r>
    </w:p>
    <w:p w:rsidR="007E5154" w:rsidRPr="003A64EF" w:rsidRDefault="00000000">
      <w:pPr>
        <w:rPr>
          <w:lang w:val="de-DE"/>
        </w:rPr>
      </w:pPr>
      <w:r w:rsidRPr="003A64EF">
        <w:rPr>
          <w:lang w:val="de-DE"/>
        </w:rPr>
        <w:t>Eines der besten Restaurants am See. Sehr teuer, mit ausgezeichnetem Essen, direkt am See gelegen und mit Sitzplätzen im Freien. Hauptgerichte ca. 50 EUR. Das Restaurant verfügt über einen eigenen Anlegeplatz/Steg.</w:t>
      </w:r>
    </w:p>
    <w:p w:rsidR="007E5154" w:rsidRPr="003A64EF" w:rsidRDefault="00000000">
      <w:pPr>
        <w:pStyle w:val="berschrift2"/>
        <w:rPr>
          <w:lang w:val="it-IT"/>
        </w:rPr>
      </w:pPr>
      <w:r w:rsidRPr="003A64EF">
        <w:rPr>
          <w:lang w:val="it-IT"/>
        </w:rPr>
        <w:lastRenderedPageBreak/>
        <w:t xml:space="preserve">Ristorante Olea </w:t>
      </w:r>
      <w:proofErr w:type="spellStart"/>
      <w:r w:rsidRPr="003A64EF">
        <w:rPr>
          <w:lang w:val="it-IT"/>
        </w:rPr>
        <w:t>Fragrans</w:t>
      </w:r>
      <w:proofErr w:type="spellEnd"/>
      <w:r w:rsidRPr="003A64EF">
        <w:rPr>
          <w:lang w:val="it-IT"/>
        </w:rPr>
        <w:t xml:space="preserve"> (Park Hotel Italia)</w:t>
      </w:r>
    </w:p>
    <w:p w:rsidR="007E5154" w:rsidRPr="003A64EF" w:rsidRDefault="00000000">
      <w:pPr>
        <w:rPr>
          <w:lang w:val="de-DE"/>
        </w:rPr>
      </w:pPr>
      <w:r w:rsidRPr="003A64EF">
        <w:rPr>
          <w:lang w:val="it-IT"/>
        </w:rPr>
        <w:t>Viale delle Magnolie 19, 28821 Cannero Rivera, Tel.: 0323 788 488</w:t>
      </w:r>
      <w:r w:rsidRPr="003A64EF">
        <w:rPr>
          <w:lang w:val="it-IT"/>
        </w:rPr>
        <w:br/>
      </w:r>
      <w:proofErr w:type="spellStart"/>
      <w:r w:rsidRPr="003A64EF">
        <w:rPr>
          <w:lang w:val="it-IT"/>
        </w:rPr>
        <w:t>Montags</w:t>
      </w:r>
      <w:proofErr w:type="spellEnd"/>
      <w:r w:rsidRPr="003A64EF">
        <w:rPr>
          <w:lang w:val="it-IT"/>
        </w:rPr>
        <w:t xml:space="preserve"> </w:t>
      </w:r>
      <w:proofErr w:type="spellStart"/>
      <w:r w:rsidRPr="003A64EF">
        <w:rPr>
          <w:lang w:val="it-IT"/>
        </w:rPr>
        <w:t>geschlossen</w:t>
      </w:r>
      <w:proofErr w:type="spellEnd"/>
      <w:r w:rsidRPr="003A64EF">
        <w:rPr>
          <w:lang w:val="it-IT"/>
        </w:rPr>
        <w:t>.</w:t>
      </w:r>
      <w:r w:rsidRPr="003A64EF">
        <w:rPr>
          <w:lang w:val="it-IT"/>
        </w:rPr>
        <w:br/>
      </w:r>
      <w:r w:rsidRPr="003A64EF">
        <w:rPr>
          <w:lang w:val="de-DE"/>
        </w:rPr>
        <w:t>Entfernung: 25 Minuten mit dem Boot.</w:t>
      </w:r>
    </w:p>
    <w:p w:rsidR="007E5154" w:rsidRPr="003A64EF" w:rsidRDefault="00000000">
      <w:pPr>
        <w:rPr>
          <w:lang w:val="de-DE"/>
        </w:rPr>
      </w:pPr>
      <w:r w:rsidRPr="003A64EF">
        <w:rPr>
          <w:lang w:val="de-DE"/>
        </w:rPr>
        <w:t>Restaurant mit sehr leckeren Gerichten und einer schönen Außenterrasse direkt am See. Das Restaurant verfügt über einen eigenen Anlegeplatz/Steg oder bietet einen Abholservice von den Bojen an. Hauptgerichte ca. 35 EUR.</w:t>
      </w:r>
    </w:p>
    <w:p w:rsidR="007E5154" w:rsidRPr="003A64EF" w:rsidRDefault="00000000">
      <w:pPr>
        <w:pStyle w:val="berschrift2"/>
        <w:rPr>
          <w:lang w:val="de-DE"/>
        </w:rPr>
      </w:pPr>
      <w:r w:rsidRPr="003A64EF">
        <w:rPr>
          <w:lang w:val="de-DE"/>
        </w:rPr>
        <w:t xml:space="preserve">Ristorante Beata </w:t>
      </w:r>
      <w:proofErr w:type="spellStart"/>
      <w:r w:rsidRPr="003A64EF">
        <w:rPr>
          <w:lang w:val="de-DE"/>
        </w:rPr>
        <w:t>Giovannina</w:t>
      </w:r>
      <w:proofErr w:type="spellEnd"/>
    </w:p>
    <w:p w:rsidR="007E5154" w:rsidRPr="003A64EF" w:rsidRDefault="00000000">
      <w:pPr>
        <w:rPr>
          <w:lang w:val="de-DE"/>
        </w:rPr>
      </w:pPr>
      <w:r w:rsidRPr="003A64EF">
        <w:rPr>
          <w:lang w:val="de-DE"/>
        </w:rPr>
        <w:t xml:space="preserve">Via </w:t>
      </w:r>
      <w:proofErr w:type="spellStart"/>
      <w:r w:rsidRPr="003A64EF">
        <w:rPr>
          <w:lang w:val="de-DE"/>
        </w:rPr>
        <w:t>Troubetzkoy</w:t>
      </w:r>
      <w:proofErr w:type="spellEnd"/>
      <w:r w:rsidRPr="003A64EF">
        <w:rPr>
          <w:lang w:val="de-DE"/>
        </w:rPr>
        <w:t xml:space="preserve"> 21, 28925 </w:t>
      </w:r>
      <w:proofErr w:type="spellStart"/>
      <w:r w:rsidRPr="003A64EF">
        <w:rPr>
          <w:lang w:val="de-DE"/>
        </w:rPr>
        <w:t>Verbania</w:t>
      </w:r>
      <w:proofErr w:type="spellEnd"/>
      <w:r w:rsidRPr="003A64EF">
        <w:rPr>
          <w:lang w:val="de-DE"/>
        </w:rPr>
        <w:t>, Tel.: 0323 557 088</w:t>
      </w:r>
      <w:r w:rsidRPr="003A64EF">
        <w:rPr>
          <w:lang w:val="de-DE"/>
        </w:rPr>
        <w:br/>
        <w:t>Täglich geöffnet.</w:t>
      </w:r>
      <w:r w:rsidRPr="003A64EF">
        <w:rPr>
          <w:lang w:val="de-DE"/>
        </w:rPr>
        <w:br/>
        <w:t>Entfernung: 15 Minuten mit dem Boot.</w:t>
      </w:r>
    </w:p>
    <w:p w:rsidR="007E5154" w:rsidRPr="003A64EF" w:rsidRDefault="00000000">
      <w:pPr>
        <w:rPr>
          <w:lang w:val="de-DE"/>
        </w:rPr>
      </w:pPr>
      <w:r w:rsidRPr="003A64EF">
        <w:rPr>
          <w:lang w:val="de-DE"/>
        </w:rPr>
        <w:t>Restaurant und Pizzeria mit unkomplizierten Gerichten und einer einfachen Außenterrasse direkt am See. Wir gehen dort gerne zum Mittagessen hin. Hauptgerichte ca. 10–20 EUR. Das Restaurant verfügt über einen eigenen Anlegeplatz/Steg.</w:t>
      </w:r>
    </w:p>
    <w:p w:rsidR="007E5154" w:rsidRPr="003A64EF" w:rsidRDefault="00000000">
      <w:pPr>
        <w:pStyle w:val="berschrift2"/>
        <w:rPr>
          <w:lang w:val="de-DE"/>
        </w:rPr>
      </w:pPr>
      <w:r w:rsidRPr="003A64EF">
        <w:rPr>
          <w:lang w:val="de-DE"/>
        </w:rPr>
        <w:t xml:space="preserve">Ristorante La Vecchia </w:t>
      </w:r>
      <w:proofErr w:type="spellStart"/>
      <w:r w:rsidRPr="003A64EF">
        <w:rPr>
          <w:lang w:val="de-DE"/>
        </w:rPr>
        <w:t>Scogliera</w:t>
      </w:r>
      <w:proofErr w:type="spellEnd"/>
    </w:p>
    <w:p w:rsidR="007E5154" w:rsidRPr="003A64EF" w:rsidRDefault="00000000">
      <w:pPr>
        <w:rPr>
          <w:lang w:val="de-DE"/>
        </w:rPr>
      </w:pPr>
      <w:r w:rsidRPr="003A64EF">
        <w:rPr>
          <w:lang w:val="it-IT"/>
        </w:rPr>
        <w:t xml:space="preserve">Via Mazzini 25, 28831 </w:t>
      </w:r>
      <w:proofErr w:type="spellStart"/>
      <w:r w:rsidRPr="003A64EF">
        <w:rPr>
          <w:lang w:val="it-IT"/>
        </w:rPr>
        <w:t>Ferriolo</w:t>
      </w:r>
      <w:proofErr w:type="spellEnd"/>
      <w:r w:rsidRPr="003A64EF">
        <w:rPr>
          <w:lang w:val="it-IT"/>
        </w:rPr>
        <w:t>, Tel.: 0323 284 22</w:t>
      </w:r>
      <w:r w:rsidRPr="003A64EF">
        <w:rPr>
          <w:lang w:val="it-IT"/>
        </w:rPr>
        <w:br/>
      </w:r>
      <w:proofErr w:type="spellStart"/>
      <w:r w:rsidRPr="003A64EF">
        <w:rPr>
          <w:lang w:val="it-IT"/>
        </w:rPr>
        <w:t>Täglich</w:t>
      </w:r>
      <w:proofErr w:type="spellEnd"/>
      <w:r w:rsidRPr="003A64EF">
        <w:rPr>
          <w:lang w:val="it-IT"/>
        </w:rPr>
        <w:t xml:space="preserve"> </w:t>
      </w:r>
      <w:proofErr w:type="spellStart"/>
      <w:r w:rsidRPr="003A64EF">
        <w:rPr>
          <w:lang w:val="it-IT"/>
        </w:rPr>
        <w:t>geöffnet</w:t>
      </w:r>
      <w:proofErr w:type="spellEnd"/>
      <w:r w:rsidRPr="003A64EF">
        <w:rPr>
          <w:lang w:val="it-IT"/>
        </w:rPr>
        <w:t>.</w:t>
      </w:r>
      <w:r w:rsidRPr="003A64EF">
        <w:rPr>
          <w:lang w:val="it-IT"/>
        </w:rPr>
        <w:br/>
      </w:r>
      <w:r w:rsidRPr="003A64EF">
        <w:rPr>
          <w:lang w:val="de-DE"/>
        </w:rPr>
        <w:t>Entfernung: 20 Minuten mit dem Boot.</w:t>
      </w:r>
    </w:p>
    <w:p w:rsidR="007E5154" w:rsidRPr="003A64EF" w:rsidRDefault="00000000">
      <w:pPr>
        <w:rPr>
          <w:lang w:val="de-DE"/>
        </w:rPr>
      </w:pPr>
      <w:r w:rsidRPr="003A64EF">
        <w:rPr>
          <w:lang w:val="de-DE"/>
        </w:rPr>
        <w:t>Am Ende der Bucht gelegen, mit einer Terrasse mit Blick auf den See. Pizzeria und Restaurant mit sehr leckeren Gerichten. Das Restaurant verfügt über einen eigenen Anlegeplatz/Steg. Hauptgerichte ca. 10–20 EUR.</w:t>
      </w:r>
    </w:p>
    <w:p w:rsidR="007E5154" w:rsidRPr="003A64EF" w:rsidRDefault="00000000">
      <w:pPr>
        <w:pStyle w:val="berschrift2"/>
        <w:rPr>
          <w:lang w:val="de-DE"/>
        </w:rPr>
      </w:pPr>
      <w:r w:rsidRPr="003A64EF">
        <w:rPr>
          <w:lang w:val="de-DE"/>
        </w:rPr>
        <w:t xml:space="preserve">Ristorante </w:t>
      </w:r>
      <w:proofErr w:type="spellStart"/>
      <w:r w:rsidRPr="003A64EF">
        <w:rPr>
          <w:lang w:val="de-DE"/>
        </w:rPr>
        <w:t>Ittiko</w:t>
      </w:r>
      <w:proofErr w:type="spellEnd"/>
      <w:r w:rsidRPr="003A64EF">
        <w:rPr>
          <w:lang w:val="de-DE"/>
        </w:rPr>
        <w:t xml:space="preserve"> Fish Bar</w:t>
      </w:r>
    </w:p>
    <w:p w:rsidR="007E5154" w:rsidRPr="003A64EF" w:rsidRDefault="00000000">
      <w:pPr>
        <w:rPr>
          <w:lang w:val="de-DE"/>
        </w:rPr>
      </w:pPr>
      <w:proofErr w:type="spellStart"/>
      <w:r w:rsidRPr="003A64EF">
        <w:rPr>
          <w:lang w:val="de-DE"/>
        </w:rPr>
        <w:t>Vle</w:t>
      </w:r>
      <w:proofErr w:type="spellEnd"/>
      <w:r w:rsidRPr="003A64EF">
        <w:rPr>
          <w:lang w:val="de-DE"/>
        </w:rPr>
        <w:t xml:space="preserve"> Vittorio </w:t>
      </w:r>
      <w:proofErr w:type="spellStart"/>
      <w:r w:rsidRPr="003A64EF">
        <w:rPr>
          <w:lang w:val="de-DE"/>
        </w:rPr>
        <w:t>Tonolli</w:t>
      </w:r>
      <w:proofErr w:type="spellEnd"/>
      <w:r w:rsidRPr="003A64EF">
        <w:rPr>
          <w:lang w:val="de-DE"/>
        </w:rPr>
        <w:t xml:space="preserve">, 17, 28922 </w:t>
      </w:r>
      <w:proofErr w:type="spellStart"/>
      <w:r w:rsidRPr="003A64EF">
        <w:rPr>
          <w:lang w:val="de-DE"/>
        </w:rPr>
        <w:t>Pallanza</w:t>
      </w:r>
      <w:proofErr w:type="spellEnd"/>
      <w:r w:rsidRPr="003A64EF">
        <w:rPr>
          <w:lang w:val="de-DE"/>
        </w:rPr>
        <w:t xml:space="preserve"> VB, Tel.: 348 523 3606</w:t>
      </w:r>
      <w:r w:rsidRPr="003A64EF">
        <w:rPr>
          <w:lang w:val="de-DE"/>
        </w:rPr>
        <w:br/>
        <w:t>Täglich geöffnet.</w:t>
      </w:r>
    </w:p>
    <w:p w:rsidR="007E5154" w:rsidRPr="003A64EF" w:rsidRDefault="00000000">
      <w:pPr>
        <w:rPr>
          <w:lang w:val="de-DE"/>
        </w:rPr>
      </w:pPr>
      <w:r w:rsidRPr="003A64EF">
        <w:rPr>
          <w:lang w:val="de-DE"/>
        </w:rPr>
        <w:t>Ausgezeichneter frischer Fisch, direkt am See gelegen und mit schönem Ausblick.</w:t>
      </w:r>
      <w:r w:rsidRPr="003A64EF">
        <w:rPr>
          <w:lang w:val="de-DE"/>
        </w:rPr>
        <w:br/>
      </w:r>
    </w:p>
    <w:sectPr w:rsidR="007E5154" w:rsidRPr="003A64E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589586177">
    <w:abstractNumId w:val="8"/>
  </w:num>
  <w:num w:numId="2" w16cid:durableId="1641378786">
    <w:abstractNumId w:val="6"/>
  </w:num>
  <w:num w:numId="3" w16cid:durableId="1780639991">
    <w:abstractNumId w:val="5"/>
  </w:num>
  <w:num w:numId="4" w16cid:durableId="1142388718">
    <w:abstractNumId w:val="4"/>
  </w:num>
  <w:num w:numId="5" w16cid:durableId="1675841521">
    <w:abstractNumId w:val="7"/>
  </w:num>
  <w:num w:numId="6" w16cid:durableId="55787934">
    <w:abstractNumId w:val="3"/>
  </w:num>
  <w:num w:numId="7" w16cid:durableId="385026677">
    <w:abstractNumId w:val="2"/>
  </w:num>
  <w:num w:numId="8" w16cid:durableId="862980148">
    <w:abstractNumId w:val="1"/>
  </w:num>
  <w:num w:numId="9" w16cid:durableId="44774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64EF"/>
    <w:rsid w:val="007E5154"/>
    <w:rsid w:val="00AA1D8D"/>
    <w:rsid w:val="00B47730"/>
    <w:rsid w:val="00C46C5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0FFD74"/>
  <w14:defaultImageDpi w14:val="300"/>
  <w15:docId w15:val="{92A50BAC-B437-6E45-B5AE-DA47BA62A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sz w:val="21"/>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1034</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Heiko Wolters</cp:lastModifiedBy>
  <cp:revision>3</cp:revision>
  <dcterms:created xsi:type="dcterms:W3CDTF">2013-12-23T23:15:00Z</dcterms:created>
  <dcterms:modified xsi:type="dcterms:W3CDTF">2026-08-24T07:00:00Z</dcterms:modified>
  <cp:category/>
</cp:coreProperties>
</file>